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F9BC" w14:textId="77777777" w:rsidR="00BD3634" w:rsidRDefault="001543EE">
      <w:pPr>
        <w:spacing w:after="20"/>
        <w:jc w:val="center"/>
      </w:pPr>
      <w:r>
        <w:rPr>
          <w:rFonts w:ascii="Times New Roman" w:hAnsi="Times New Roman"/>
          <w:b/>
          <w:color w:val="1B365D"/>
        </w:rPr>
        <w:t>LEMBAR HASIL PENILAIAN SEJAWAT SEBIDANG ATAU PEER REVIEW</w:t>
      </w:r>
    </w:p>
    <w:p w14:paraId="567C6E3F" w14:textId="77777777" w:rsidR="00BD3634" w:rsidRDefault="001543EE">
      <w:pPr>
        <w:jc w:val="center"/>
      </w:pPr>
      <w:r>
        <w:rPr>
          <w:rFonts w:ascii="Times New Roman" w:hAnsi="Times New Roman"/>
          <w:b/>
          <w:sz w:val="20"/>
        </w:rPr>
        <w:t>JURNAL BAKTI MASYARAKAT: PENGABDIAN DAN PEMBERDAYAAN MASYARAKAT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6048"/>
      </w:tblGrid>
      <w:tr w:rsidR="00BD3634" w14:paraId="3162187C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9E55A1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Judul Artikel Ilmiah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47ED2A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282828"/>
                <w:sz w:val="18"/>
              </w:rPr>
              <w:t>:  [ Isi Judul Artikel / Manuskrip yang Ditelaah ]</w:t>
            </w:r>
          </w:p>
        </w:tc>
      </w:tr>
      <w:tr w:rsidR="00BD3634" w14:paraId="7091B44C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5217AE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Nama Penulis Utama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631E64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[ Isi Nama Penulis Utama / Pengusul ]</w:t>
            </w:r>
          </w:p>
        </w:tc>
      </w:tr>
      <w:tr w:rsidR="00BD3634" w14:paraId="252E7B06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BEBCE0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 xml:space="preserve">Identitas Jurnal </w:t>
            </w:r>
            <w:r>
              <w:rPr>
                <w:rFonts w:ascii="Times New Roman" w:hAnsi="Times New Roman"/>
                <w:b/>
                <w:color w:val="1B365D"/>
                <w:sz w:val="18"/>
              </w:rPr>
              <w:t>Ilmiah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609B31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282828"/>
                <w:sz w:val="18"/>
              </w:rPr>
              <w:t>:  Jurnal Bakti Masyarakat: Pengabdian dan Pemberdayaan Masyarakat</w:t>
            </w:r>
          </w:p>
        </w:tc>
      </w:tr>
      <w:tr w:rsidR="00BD3634" w14:paraId="24665F9A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324EF4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Volume / No / Edisi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0B9BD7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Vol. ..... No. ..... / Edisi .................... 202...</w:t>
            </w:r>
          </w:p>
        </w:tc>
      </w:tr>
      <w:tr w:rsidR="00BD3634" w14:paraId="4A73891C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6E4EEC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Penerbit / Publisher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D65B25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[ Isi Nama Penerbit ]</w:t>
            </w:r>
          </w:p>
        </w:tc>
      </w:tr>
      <w:tr w:rsidR="00BD3634" w14:paraId="497DD960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5FDBE0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Status Pengusulan Artikel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82FF02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 xml:space="preserve">:  Artikel Ilmiah Hasil </w:t>
            </w:r>
            <w:r>
              <w:rPr>
                <w:rFonts w:ascii="Times New Roman" w:hAnsi="Times New Roman"/>
                <w:color w:val="282828"/>
                <w:sz w:val="18"/>
              </w:rPr>
              <w:t>Penelitian ( Kuantitatif / Kualitatif / R&amp;D / Lainnya )</w:t>
            </w:r>
          </w:p>
        </w:tc>
      </w:tr>
      <w:tr w:rsidR="00BD3634" w14:paraId="0E116227" w14:textId="77777777">
        <w:trPr>
          <w:jc w:val="center"/>
        </w:trPr>
        <w:tc>
          <w:tcPr>
            <w:tcW w:w="3024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091635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1B365D"/>
                <w:sz w:val="18"/>
              </w:rPr>
              <w:t>Tanggal Penilaian Reviewer</w:t>
            </w:r>
          </w:p>
        </w:tc>
        <w:tc>
          <w:tcPr>
            <w:tcW w:w="6048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A5E366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8"/>
              </w:rPr>
              <w:t>:  .................................................. 202...</w:t>
            </w:r>
          </w:p>
        </w:tc>
      </w:tr>
    </w:tbl>
    <w:p w14:paraId="4BEF1815" w14:textId="77777777" w:rsidR="00BD3634" w:rsidRDefault="00BD3634">
      <w:pPr>
        <w:spacing w:after="80"/>
      </w:pPr>
    </w:p>
    <w:p w14:paraId="2E7BB406" w14:textId="77777777" w:rsidR="00BD3634" w:rsidRDefault="001543EE">
      <w:pPr>
        <w:spacing w:before="80" w:after="40"/>
      </w:pPr>
      <w:r>
        <w:rPr>
          <w:rFonts w:ascii="Times New Roman" w:hAnsi="Times New Roman"/>
          <w:b/>
          <w:color w:val="1B365D"/>
          <w:sz w:val="19"/>
        </w:rPr>
        <w:t>I. Hasil Penilaian Kualitatif &amp; Kuantitatif Manuskrip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1152"/>
        <w:gridCol w:w="1440"/>
        <w:gridCol w:w="1728"/>
      </w:tblGrid>
      <w:tr w:rsidR="00BD3634" w14:paraId="69D0E966" w14:textId="77777777">
        <w:trPr>
          <w:jc w:val="center"/>
        </w:trPr>
        <w:tc>
          <w:tcPr>
            <w:tcW w:w="4752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AB60E37" w14:textId="77777777" w:rsidR="00BD3634" w:rsidRDefault="001543EE">
            <w:pPr>
              <w:spacing w:before="60" w:after="60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Komponen Yang Dinilai</w:t>
            </w:r>
          </w:p>
        </w:tc>
        <w:tc>
          <w:tcPr>
            <w:tcW w:w="1152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54C2B20" w14:textId="77777777" w:rsidR="00BD3634" w:rsidRDefault="001543EE">
            <w:pPr>
              <w:spacing w:before="60" w:after="60"/>
              <w:jc w:val="center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Bobot</w:t>
            </w:r>
          </w:p>
        </w:tc>
        <w:tc>
          <w:tcPr>
            <w:tcW w:w="1440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61F279E" w14:textId="77777777" w:rsidR="00BD3634" w:rsidRDefault="001543EE">
            <w:pPr>
              <w:spacing w:before="60" w:after="60"/>
              <w:jc w:val="center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Nilai (1-100)</w:t>
            </w:r>
          </w:p>
        </w:tc>
        <w:tc>
          <w:tcPr>
            <w:tcW w:w="1728" w:type="dxa"/>
            <w:shd w:val="clear" w:color="auto" w:fill="F2F4F8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43FACB2" w14:textId="77777777" w:rsidR="00BD3634" w:rsidRDefault="001543EE">
            <w:pPr>
              <w:spacing w:before="60" w:after="60"/>
              <w:jc w:val="center"/>
            </w:pPr>
            <w:r>
              <w:rPr>
                <w:rFonts w:ascii="Times New Roman" w:hAnsi="Times New Roman"/>
                <w:b/>
                <w:color w:val="1B365D"/>
                <w:sz w:val="17"/>
              </w:rPr>
              <w:t>Nilai Akhir (</w:t>
            </w:r>
            <w:r>
              <w:rPr>
                <w:rFonts w:ascii="Times New Roman" w:hAnsi="Times New Roman"/>
                <w:b/>
                <w:color w:val="1B365D"/>
                <w:sz w:val="17"/>
              </w:rPr>
              <w:t>S × B)</w:t>
            </w:r>
          </w:p>
        </w:tc>
      </w:tr>
      <w:tr w:rsidR="00BD3634" w14:paraId="088E74C7" w14:textId="77777777">
        <w:trPr>
          <w:jc w:val="center"/>
        </w:trPr>
        <w:tc>
          <w:tcPr>
            <w:tcW w:w="47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96EBDD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a. Kebaruan &amp; Orisinalitas Topik Penelitian (20%)</w:t>
            </w:r>
          </w:p>
        </w:tc>
        <w:tc>
          <w:tcPr>
            <w:tcW w:w="11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32FC9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20%</w:t>
            </w:r>
          </w:p>
        </w:tc>
        <w:tc>
          <w:tcPr>
            <w:tcW w:w="1440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AD1C31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1F6C6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10244BC4" w14:textId="77777777">
        <w:trPr>
          <w:jc w:val="center"/>
        </w:trPr>
        <w:tc>
          <w:tcPr>
            <w:tcW w:w="47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22A319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b. Kedalaman Kajian Teori &amp; Metodologi (30%)</w:t>
            </w:r>
          </w:p>
        </w:tc>
        <w:tc>
          <w:tcPr>
            <w:tcW w:w="11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D7E7C0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30%</w:t>
            </w:r>
          </w:p>
        </w:tc>
        <w:tc>
          <w:tcPr>
            <w:tcW w:w="144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E2794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53926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0D0B5E8A" w14:textId="77777777">
        <w:trPr>
          <w:jc w:val="center"/>
        </w:trPr>
        <w:tc>
          <w:tcPr>
            <w:tcW w:w="47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7B6994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c. Kebenaran &amp; Kedalaman Analisis Pembahasan (30%)</w:t>
            </w:r>
          </w:p>
        </w:tc>
        <w:tc>
          <w:tcPr>
            <w:tcW w:w="11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8E48A1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30%</w:t>
            </w:r>
          </w:p>
        </w:tc>
        <w:tc>
          <w:tcPr>
            <w:tcW w:w="1440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85179C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E7B4AF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 xml:space="preserve">[     </w:t>
            </w:r>
            <w:r>
              <w:rPr>
                <w:rFonts w:ascii="Times New Roman" w:hAnsi="Times New Roman"/>
                <w:b/>
                <w:color w:val="282828"/>
                <w:sz w:val="17"/>
              </w:rPr>
              <w:t xml:space="preserve">             ]</w:t>
            </w:r>
          </w:p>
        </w:tc>
      </w:tr>
      <w:tr w:rsidR="00BD3634" w14:paraId="0C189534" w14:textId="77777777">
        <w:trPr>
          <w:jc w:val="center"/>
        </w:trPr>
        <w:tc>
          <w:tcPr>
            <w:tcW w:w="47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369A1F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d. Kejelasan Bahasa, Struktur &amp; Tata Tulis (10%)</w:t>
            </w:r>
          </w:p>
        </w:tc>
        <w:tc>
          <w:tcPr>
            <w:tcW w:w="115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C33D67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10%</w:t>
            </w:r>
          </w:p>
        </w:tc>
        <w:tc>
          <w:tcPr>
            <w:tcW w:w="144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175D5B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6523BB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6F097546" w14:textId="77777777">
        <w:trPr>
          <w:jc w:val="center"/>
        </w:trPr>
        <w:tc>
          <w:tcPr>
            <w:tcW w:w="47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209E52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color w:val="282828"/>
                <w:sz w:val="17"/>
              </w:rPr>
              <w:t>e. Pemutakhiran Kepustakaan / Referensi (10%)</w:t>
            </w:r>
          </w:p>
        </w:tc>
        <w:tc>
          <w:tcPr>
            <w:tcW w:w="1152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666CA1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10%</w:t>
            </w:r>
          </w:p>
        </w:tc>
        <w:tc>
          <w:tcPr>
            <w:tcW w:w="1440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624936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color w:val="282828"/>
                <w:sz w:val="17"/>
              </w:rPr>
              <w:t>[          ]</w:t>
            </w:r>
          </w:p>
        </w:tc>
        <w:tc>
          <w:tcPr>
            <w:tcW w:w="1728" w:type="dxa"/>
            <w:shd w:val="clear" w:color="auto" w:fill="FAFAFC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9F6599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0230C6EC" w14:textId="77777777">
        <w:trPr>
          <w:jc w:val="center"/>
        </w:trPr>
        <w:tc>
          <w:tcPr>
            <w:tcW w:w="4752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E4DE56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Total Nilai Akhir Penilai (100%)</w:t>
            </w:r>
          </w:p>
        </w:tc>
        <w:tc>
          <w:tcPr>
            <w:tcW w:w="1152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327643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100%</w:t>
            </w:r>
          </w:p>
        </w:tc>
        <w:tc>
          <w:tcPr>
            <w:tcW w:w="1440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EFCD32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-</w:t>
            </w:r>
          </w:p>
        </w:tc>
        <w:tc>
          <w:tcPr>
            <w:tcW w:w="1728" w:type="dxa"/>
            <w:shd w:val="clear" w:color="auto" w:fill="F2F4F8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9FBD5F" w14:textId="77777777" w:rsidR="00BD3634" w:rsidRDefault="001543EE">
            <w:pPr>
              <w:spacing w:before="40" w:after="40"/>
              <w:jc w:val="center"/>
            </w:pPr>
            <w:r>
              <w:rPr>
                <w:rFonts w:ascii="Times New Roman" w:hAnsi="Times New Roman"/>
                <w:b/>
                <w:color w:val="282828"/>
                <w:sz w:val="17"/>
              </w:rPr>
              <w:t>[                  ]</w:t>
            </w:r>
          </w:p>
        </w:tc>
      </w:tr>
      <w:tr w:rsidR="00BD3634" w14:paraId="134E0380" w14:textId="77777777">
        <w:trPr>
          <w:jc w:val="center"/>
        </w:trPr>
        <w:tc>
          <w:tcPr>
            <w:tcW w:w="9072" w:type="dxa"/>
            <w:gridSpan w:val="4"/>
            <w:shd w:val="clear" w:color="auto" w:fill="FFFFFF"/>
          </w:tcPr>
          <w:p w14:paraId="244C044F" w14:textId="77777777" w:rsidR="00BD3634" w:rsidRDefault="001543EE">
            <w:pPr>
              <w:spacing w:before="40" w:after="40"/>
            </w:pPr>
            <w:r>
              <w:rPr>
                <w:rFonts w:ascii="Times New Roman" w:hAnsi="Times New Roman"/>
                <w:i/>
                <w:color w:val="282828"/>
                <w:sz w:val="16"/>
              </w:rPr>
              <w:t>Catatan: Perhitungan otomatis berdasarkan formula baku akreditasi nasional.</w:t>
            </w:r>
          </w:p>
        </w:tc>
      </w:tr>
    </w:tbl>
    <w:p w14:paraId="32E903D7" w14:textId="77777777" w:rsidR="00BD3634" w:rsidRDefault="00BD3634">
      <w:pPr>
        <w:spacing w:after="80"/>
      </w:pPr>
    </w:p>
    <w:p w14:paraId="30452DBE" w14:textId="77777777" w:rsidR="00BD3634" w:rsidRDefault="001543EE">
      <w:pPr>
        <w:spacing w:before="80" w:after="40"/>
      </w:pPr>
      <w:r>
        <w:rPr>
          <w:rFonts w:ascii="Times New Roman" w:hAnsi="Times New Roman"/>
          <w:b/>
          <w:color w:val="1B365D"/>
          <w:sz w:val="19"/>
        </w:rPr>
        <w:t>II. Catatan &amp; Bimbingan Substantif Penilai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9072"/>
      </w:tblGrid>
      <w:tr w:rsidR="00BD3634" w14:paraId="2384D5E3" w14:textId="77777777">
        <w:trPr>
          <w:jc w:val="center"/>
        </w:trPr>
        <w:tc>
          <w:tcPr>
            <w:tcW w:w="9072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F8954F" w14:textId="77777777" w:rsidR="00BD3634" w:rsidRDefault="001543EE">
            <w:pPr>
              <w:spacing w:before="60" w:after="60"/>
            </w:pPr>
            <w:r>
              <w:rPr>
                <w:rFonts w:ascii="Times New Roman" w:hAnsi="Times New Roman"/>
                <w:b/>
                <w:sz w:val="17"/>
              </w:rPr>
              <w:t>1. Kelebihan &amp; Kekuatan Naskah: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.......................................................................................................</w:t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....................................................................................................</w:t>
            </w:r>
            <w:r>
              <w:rPr>
                <w:rFonts w:ascii="Times New Roman" w:hAnsi="Times New Roman"/>
                <w:color w:val="282828"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7"/>
              </w:rPr>
              <w:br/>
            </w:r>
            <w:r>
              <w:rPr>
                <w:rFonts w:ascii="Times New Roman" w:hAnsi="Times New Roman"/>
                <w:b/>
                <w:sz w:val="17"/>
              </w:rPr>
              <w:t>2. Rekomendasi Perbaikan / Masukan Relevan: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..............................................................................................................</w:t>
            </w:r>
            <w:r>
              <w:rPr>
                <w:rFonts w:ascii="Times New Roman" w:hAnsi="Times New Roman"/>
                <w:color w:val="282828"/>
                <w:sz w:val="17"/>
              </w:rPr>
              <w:t>.............................................................................................</w:t>
            </w:r>
          </w:p>
        </w:tc>
      </w:tr>
    </w:tbl>
    <w:p w14:paraId="3A0E254E" w14:textId="77777777" w:rsidR="00BD3634" w:rsidRDefault="00BD3634">
      <w:pPr>
        <w:spacing w:after="80"/>
      </w:pPr>
    </w:p>
    <w:p w14:paraId="4BB9F1E2" w14:textId="77777777" w:rsidR="00BD3634" w:rsidRDefault="001543EE">
      <w:pPr>
        <w:spacing w:before="80" w:after="40"/>
      </w:pPr>
      <w:r>
        <w:rPr>
          <w:rFonts w:ascii="Times New Roman" w:hAnsi="Times New Roman"/>
          <w:b/>
          <w:color w:val="1B365D"/>
          <w:sz w:val="19"/>
        </w:rPr>
        <w:t>III. Keputusan Rekomendasi &amp; Pengesahan Reviewer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896"/>
        <w:gridCol w:w="4176"/>
      </w:tblGrid>
      <w:tr w:rsidR="00BD3634" w14:paraId="262A7257" w14:textId="77777777">
        <w:trPr>
          <w:jc w:val="center"/>
        </w:trPr>
        <w:tc>
          <w:tcPr>
            <w:tcW w:w="4896" w:type="dxa"/>
            <w:shd w:val="clear" w:color="auto" w:fill="FA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814F0F" w14:textId="77777777" w:rsidR="00BD3634" w:rsidRDefault="001543EE">
            <w:pPr>
              <w:spacing w:before="60" w:after="60"/>
            </w:pPr>
            <w:r>
              <w:rPr>
                <w:rFonts w:ascii="Times New Roman" w:hAnsi="Times New Roman"/>
                <w:b/>
                <w:sz w:val="17"/>
              </w:rPr>
              <w:t>Rekomendasi Publikasi: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color w:val="282828"/>
                <w:sz w:val="16"/>
              </w:rPr>
              <w:t>(   ) Diterima Tanpa Revisi (Accept)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  <w:t xml:space="preserve">(   ) Diterima dengan Revisi Minor </w:t>
            </w:r>
            <w:r>
              <w:rPr>
                <w:rFonts w:ascii="Times New Roman" w:hAnsi="Times New Roman"/>
                <w:color w:val="282828"/>
                <w:sz w:val="16"/>
              </w:rPr>
              <w:t>(Revisions Required)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  <w:t>(   ) Dikembalikan untuk Perbaikan Mayor (Resubmit)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  <w:t>(   ) Ditolak / Tidak Layak Terbit (Decline)</w:t>
            </w:r>
            <w:r>
              <w:rPr>
                <w:rFonts w:ascii="Times New Roman" w:hAnsi="Times New Roman"/>
                <w:color w:val="282828"/>
                <w:sz w:val="16"/>
              </w:rPr>
              <w:br/>
            </w:r>
          </w:p>
        </w:tc>
        <w:tc>
          <w:tcPr>
            <w:tcW w:w="4176" w:type="dxa"/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C2B1C3" w14:textId="662AC68F" w:rsidR="00BD3634" w:rsidRDefault="001543EE">
            <w:pPr>
              <w:spacing w:before="40" w:after="40"/>
              <w:jc w:val="center"/>
            </w:pPr>
            <w:proofErr w:type="spellStart"/>
            <w:r>
              <w:rPr>
                <w:rFonts w:ascii="Times New Roman" w:hAnsi="Times New Roman"/>
                <w:b/>
                <w:sz w:val="17"/>
              </w:rPr>
              <w:t>Penilai</w:t>
            </w:r>
            <w:proofErr w:type="spellEnd"/>
            <w:r>
              <w:rPr>
                <w:rFonts w:ascii="Times New Roman" w:hAnsi="Times New Roman"/>
                <w:b/>
                <w:sz w:val="17"/>
              </w:rPr>
              <w:t xml:space="preserve"> / Reviewer </w:t>
            </w:r>
            <w:proofErr w:type="gramStart"/>
            <w:r>
              <w:rPr>
                <w:rFonts w:ascii="Times New Roman" w:hAnsi="Times New Roman"/>
                <w:b/>
                <w:sz w:val="17"/>
              </w:rPr>
              <w:t>( 1</w:t>
            </w:r>
            <w:proofErr w:type="gramEnd"/>
            <w:r>
              <w:rPr>
                <w:rFonts w:ascii="Times New Roman" w:hAnsi="Times New Roman"/>
                <w:b/>
                <w:sz w:val="17"/>
              </w:rPr>
              <w:t xml:space="preserve"> / 2 )*,</w:t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b/>
                <w:sz w:val="17"/>
              </w:rPr>
              <w:br/>
            </w:r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[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Ditandatangani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secara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elektronik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i/>
                <w:color w:val="1B365D"/>
                <w:sz w:val="15"/>
              </w:rPr>
              <w:t>Fisik</w:t>
            </w:r>
            <w:proofErr w:type="spellEnd"/>
            <w:r>
              <w:rPr>
                <w:rFonts w:ascii="Times New Roman" w:hAnsi="Times New Roman"/>
                <w:i/>
                <w:color w:val="1B365D"/>
                <w:sz w:val="15"/>
              </w:rPr>
              <w:t xml:space="preserve"> ]</w:t>
            </w:r>
            <w:r>
              <w:rPr>
                <w:rFonts w:ascii="Times New Roman" w:hAnsi="Times New Roman"/>
                <w:i/>
                <w:color w:val="1B365D"/>
                <w:sz w:val="15"/>
              </w:rPr>
              <w:br/>
            </w:r>
            <w:r>
              <w:rPr>
                <w:rFonts w:ascii="Times New Roman" w:hAnsi="Times New Roman"/>
                <w:sz w:val="16"/>
              </w:rPr>
              <w:t>--------------------------------------------</w:t>
            </w:r>
            <w:r>
              <w:rPr>
                <w:rFonts w:ascii="Times New Roman" w:hAnsi="Times New Roman"/>
                <w:sz w:val="16"/>
              </w:rPr>
              <w:br/>
            </w:r>
            <w:r w:rsidR="007C2888">
              <w:rPr>
                <w:rFonts w:ascii="Times New Roman" w:hAnsi="Times New Roman"/>
                <w:b/>
                <w:sz w:val="16"/>
              </w:rPr>
              <w:t xml:space="preserve">     </w:t>
            </w:r>
            <w:r>
              <w:rPr>
                <w:rFonts w:ascii="Times New Roman" w:hAnsi="Times New Roman"/>
                <w:b/>
                <w:sz w:val="16"/>
              </w:rPr>
              <w:t xml:space="preserve">Nama Lengkap : </w:t>
            </w:r>
            <w:r>
              <w:rPr>
                <w:rFonts w:ascii="Times New Roman" w:hAnsi="Times New Roman"/>
                <w:b/>
                <w:sz w:val="16"/>
              </w:rPr>
              <w:t>.....................................................</w:t>
            </w:r>
            <w:r>
              <w:rPr>
                <w:rFonts w:ascii="Times New Roman" w:hAnsi="Times New Roman"/>
                <w:b/>
                <w:sz w:val="16"/>
              </w:rPr>
              <w:br/>
            </w:r>
            <w:r>
              <w:rPr>
                <w:rFonts w:ascii="Times New Roman" w:hAnsi="Times New Roman"/>
                <w:sz w:val="15"/>
              </w:rPr>
              <w:t>NIP/NIDN         : .....................................................</w:t>
            </w:r>
            <w:r>
              <w:rPr>
                <w:rFonts w:ascii="Times New Roman" w:hAnsi="Times New Roman"/>
                <w:sz w:val="15"/>
              </w:rPr>
              <w:br/>
              <w:t>Jabatan Fungsional : ................................................</w:t>
            </w:r>
            <w:r>
              <w:rPr>
                <w:rFonts w:ascii="Times New Roman" w:hAnsi="Times New Roman"/>
                <w:sz w:val="15"/>
              </w:rPr>
              <w:br/>
            </w:r>
            <w:r w:rsidR="007C2888"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Unit Kerja           : ....................................</w:t>
            </w:r>
            <w:r>
              <w:rPr>
                <w:rFonts w:ascii="Times New Roman" w:hAnsi="Times New Roman"/>
                <w:sz w:val="15"/>
              </w:rPr>
              <w:t>.................</w:t>
            </w:r>
          </w:p>
        </w:tc>
      </w:tr>
    </w:tbl>
    <w:p w14:paraId="457127AE" w14:textId="77777777" w:rsidR="001543EE" w:rsidRDefault="001543EE"/>
    <w:sectPr w:rsidR="001543EE" w:rsidSect="00034616">
      <w:pgSz w:w="12240" w:h="15840"/>
      <w:pgMar w:top="1411" w:right="1411" w:bottom="1411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3EE"/>
    <w:rsid w:val="0029639D"/>
    <w:rsid w:val="00326F90"/>
    <w:rsid w:val="007C2888"/>
    <w:rsid w:val="00AA1D8D"/>
    <w:rsid w:val="00B47730"/>
    <w:rsid w:val="00BD363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50C7C"/>
  <w14:defaultImageDpi w14:val="300"/>
  <w15:docId w15:val="{A31E0A6A-6A9B-4810-B048-4ABC412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M. Agus Kurniawan</cp:lastModifiedBy>
  <cp:revision>2</cp:revision>
  <dcterms:created xsi:type="dcterms:W3CDTF">2013-12-23T23:15:00Z</dcterms:created>
  <dcterms:modified xsi:type="dcterms:W3CDTF">2026-10-26T05:36:00Z</dcterms:modified>
  <cp:category/>
</cp:coreProperties>
</file>